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C1BD6" w14:textId="504C6BD5" w:rsidR="006E3DCB" w:rsidRPr="002C315B" w:rsidRDefault="002C315B" w:rsidP="002C315B">
      <w:pPr>
        <w:pStyle w:val="Titre1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MODÈLE DE LETTRE DE MISE EN DEMEURE (CRÉANCE B2B)</w:t>
      </w:r>
    </w:p>
    <w:p w14:paraId="01FCC99D" w14:textId="77777777" w:rsidR="002C315B" w:rsidRPr="002C315B" w:rsidRDefault="002C315B" w:rsidP="002C315B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744EEA3B" w14:textId="77777777" w:rsidR="002C315B" w:rsidRPr="002C315B" w:rsidRDefault="00000000" w:rsidP="002C315B">
      <w:pPr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Nom / Raison sociale du créancier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Adresse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Code postal – Ville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</w:r>
    </w:p>
    <w:p w14:paraId="73B4BFE6" w14:textId="651867B1" w:rsidR="006E3DCB" w:rsidRPr="002C315B" w:rsidRDefault="00000000" w:rsidP="002C315B">
      <w:pPr>
        <w:ind w:left="5103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À l’attention de :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Nom / Raison sociale du débiteur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Adresse</w:t>
      </w:r>
      <w:r w:rsidRPr="002C315B">
        <w:rPr>
          <w:rFonts w:ascii="Times New Roman" w:hAnsi="Times New Roman" w:cs="Times New Roman"/>
          <w:sz w:val="24"/>
          <w:szCs w:val="24"/>
          <w:lang w:val="fr-FR"/>
        </w:rPr>
        <w:br/>
        <w:t>Code postal – Ville</w:t>
      </w:r>
    </w:p>
    <w:p w14:paraId="61ED91BA" w14:textId="77777777" w:rsidR="002C315B" w:rsidRDefault="002C315B" w:rsidP="002C315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</w:pPr>
    </w:p>
    <w:p w14:paraId="7832CE9E" w14:textId="1BDBFFB5" w:rsidR="006E3DCB" w:rsidRPr="002C315B" w:rsidRDefault="00000000" w:rsidP="002C315B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b/>
          <w:bCs/>
          <w:sz w:val="24"/>
          <w:szCs w:val="24"/>
          <w:u w:val="single"/>
          <w:lang w:val="fr-FR"/>
        </w:rPr>
        <w:t>Objet</w:t>
      </w:r>
      <w:r w:rsidRPr="002C315B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: Mise en demeure de paiement</w:t>
      </w:r>
    </w:p>
    <w:p w14:paraId="1382DF31" w14:textId="77777777" w:rsidR="002C315B" w:rsidRDefault="002C315B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502D6B2C" w14:textId="248B6A89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Madame, Monsieur,</w:t>
      </w:r>
    </w:p>
    <w:p w14:paraId="27F79A4E" w14:textId="61EB2808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Je me permets de vous adresser la présente en ma qualité de [votre fonction] au sein de [nom de votre entreprise], afin de vous mettre en demeure de procéder au règlement de la facture n° [référence], émise le [date], pour un montant de [montant TTC] €, échue depuis le [date d’échéance].</w:t>
      </w:r>
    </w:p>
    <w:p w14:paraId="60E76565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Malgré nos précédents rappels, nous constatons qu’à ce jour, cette facture reste impayée.</w:t>
      </w:r>
    </w:p>
    <w:p w14:paraId="2829C356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Par la présente, nous vous mettons en demeure de procéder au paiement intégral de cette somme dans un délai de 8 jours à compter de la réception du présent courrier.</w:t>
      </w:r>
    </w:p>
    <w:p w14:paraId="65378671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À défaut de règlement dans ce délai, nous nous réservons le droit d’engager, sans autre mise en demeure, toute procédure contentieuse appropriée aux fins de recouvrement, y compris par voie judiciaire.</w:t>
      </w:r>
    </w:p>
    <w:p w14:paraId="1E2D92D7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Nous vous invitons à régulariser votre situation dans les plus brefs délais.</w:t>
      </w:r>
    </w:p>
    <w:p w14:paraId="55670A43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C315B">
        <w:rPr>
          <w:rFonts w:ascii="Times New Roman" w:hAnsi="Times New Roman" w:cs="Times New Roman"/>
          <w:sz w:val="24"/>
          <w:szCs w:val="24"/>
          <w:lang w:val="fr-FR"/>
        </w:rPr>
        <w:t>Dans l’attente, nous vous prions d’agréer, Madame, Monsieur, l’expression de nos salutations distinguées.</w:t>
      </w:r>
    </w:p>
    <w:p w14:paraId="6D01831B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</w:rPr>
      </w:pPr>
      <w:r w:rsidRPr="002C315B">
        <w:rPr>
          <w:rFonts w:ascii="Times New Roman" w:hAnsi="Times New Roman" w:cs="Times New Roman"/>
          <w:sz w:val="24"/>
          <w:szCs w:val="24"/>
        </w:rPr>
        <w:t xml:space="preserve">[Nom, </w:t>
      </w:r>
      <w:proofErr w:type="spellStart"/>
      <w:r w:rsidRPr="002C315B">
        <w:rPr>
          <w:rFonts w:ascii="Times New Roman" w:hAnsi="Times New Roman" w:cs="Times New Roman"/>
          <w:sz w:val="24"/>
          <w:szCs w:val="24"/>
        </w:rPr>
        <w:t>prénom</w:t>
      </w:r>
      <w:proofErr w:type="spellEnd"/>
      <w:r w:rsidRPr="002C31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C315B">
        <w:rPr>
          <w:rFonts w:ascii="Times New Roman" w:hAnsi="Times New Roman" w:cs="Times New Roman"/>
          <w:sz w:val="24"/>
          <w:szCs w:val="24"/>
        </w:rPr>
        <w:t>fonction</w:t>
      </w:r>
      <w:proofErr w:type="spellEnd"/>
      <w:r w:rsidRPr="002C315B">
        <w:rPr>
          <w:rFonts w:ascii="Times New Roman" w:hAnsi="Times New Roman" w:cs="Times New Roman"/>
          <w:sz w:val="24"/>
          <w:szCs w:val="24"/>
        </w:rPr>
        <w:t>]</w:t>
      </w:r>
    </w:p>
    <w:p w14:paraId="6E0F89AF" w14:textId="77777777" w:rsidR="006E3DCB" w:rsidRPr="002C315B" w:rsidRDefault="00000000" w:rsidP="002C315B">
      <w:pPr>
        <w:jc w:val="both"/>
        <w:rPr>
          <w:rFonts w:ascii="Times New Roman" w:hAnsi="Times New Roman" w:cs="Times New Roman"/>
          <w:sz w:val="24"/>
          <w:szCs w:val="24"/>
        </w:rPr>
      </w:pPr>
      <w:r w:rsidRPr="002C315B">
        <w:rPr>
          <w:rFonts w:ascii="Times New Roman" w:hAnsi="Times New Roman" w:cs="Times New Roman"/>
          <w:sz w:val="24"/>
          <w:szCs w:val="24"/>
        </w:rPr>
        <w:t>[Signature]</w:t>
      </w:r>
    </w:p>
    <w:sectPr w:rsidR="006E3DCB" w:rsidRPr="002C31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B2679" w14:textId="77777777" w:rsidR="00506A52" w:rsidRDefault="00506A52" w:rsidP="002C315B">
      <w:pPr>
        <w:spacing w:after="0" w:line="240" w:lineRule="auto"/>
      </w:pPr>
      <w:r>
        <w:separator/>
      </w:r>
    </w:p>
  </w:endnote>
  <w:endnote w:type="continuationSeparator" w:id="0">
    <w:p w14:paraId="5EA85FA8" w14:textId="77777777" w:rsidR="00506A52" w:rsidRDefault="00506A52" w:rsidP="002C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CED5" w14:textId="77777777" w:rsidR="00506A52" w:rsidRDefault="00506A52" w:rsidP="002C315B">
      <w:pPr>
        <w:spacing w:after="0" w:line="240" w:lineRule="auto"/>
      </w:pPr>
      <w:r>
        <w:separator/>
      </w:r>
    </w:p>
  </w:footnote>
  <w:footnote w:type="continuationSeparator" w:id="0">
    <w:p w14:paraId="1CBF81DC" w14:textId="77777777" w:rsidR="00506A52" w:rsidRDefault="00506A52" w:rsidP="002C3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8821162">
    <w:abstractNumId w:val="8"/>
  </w:num>
  <w:num w:numId="2" w16cid:durableId="1982880521">
    <w:abstractNumId w:val="6"/>
  </w:num>
  <w:num w:numId="3" w16cid:durableId="1166363538">
    <w:abstractNumId w:val="5"/>
  </w:num>
  <w:num w:numId="4" w16cid:durableId="479276892">
    <w:abstractNumId w:val="4"/>
  </w:num>
  <w:num w:numId="5" w16cid:durableId="571890213">
    <w:abstractNumId w:val="7"/>
  </w:num>
  <w:num w:numId="6" w16cid:durableId="286401468">
    <w:abstractNumId w:val="3"/>
  </w:num>
  <w:num w:numId="7" w16cid:durableId="1004937932">
    <w:abstractNumId w:val="2"/>
  </w:num>
  <w:num w:numId="8" w16cid:durableId="2126650834">
    <w:abstractNumId w:val="1"/>
  </w:num>
  <w:num w:numId="9" w16cid:durableId="395208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315B"/>
    <w:rsid w:val="00326F90"/>
    <w:rsid w:val="00506A52"/>
    <w:rsid w:val="006E3D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BCD221"/>
  <w14:defaultImageDpi w14:val="300"/>
  <w15:docId w15:val="{3707F587-74FD-D748-8E3D-D3A4ED0FB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Sophie AZAM</cp:lastModifiedBy>
  <cp:revision>2</cp:revision>
  <dcterms:created xsi:type="dcterms:W3CDTF">2013-12-23T23:15:00Z</dcterms:created>
  <dcterms:modified xsi:type="dcterms:W3CDTF">2025-05-23T15:54:00Z</dcterms:modified>
  <cp:category/>
</cp:coreProperties>
</file>